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eastAsia="Times New Roman"/>
          <w:b/>
          <w:color w:val="24313A"/>
          <w:sz w:val="21"/>
        </w:rPr>
        <w:t>ЗДРУЖЕНИЕ ЗА РАЗВОЈ НА ЗЕМЈОДЕЛСТВО И ЗАШТИТА НА ЖИВОТНА СРЕДИНА ПРЕКУ</w:t>
        <w:br/>
        <w:t>ИСТРАЖУВАЊЕ, ЕДУКАЦИЈА И ОДРЖУВАЊЕ НА БИОДИВЕРЗИТЕТ „ЖИВОТ“ – КУМАНОВО</w:t>
      </w:r>
    </w:p>
    <w:p>
      <w:pPr>
        <w:spacing w:after="40"/>
        <w:pBdr>
          <w:bottom w:val="single" w:sz="12" w:color="3F7146"/>
        </w:pBdr>
      </w:pPr>
    </w:p>
    <w:p>
      <w:pPr>
        <w:spacing w:after="40"/>
        <w:jc w:val="center"/>
      </w:pPr>
      <w:r>
        <w:rPr>
          <w:rFonts w:ascii="Times New Roman" w:hAnsi="Times New Roman"/>
          <w:b/>
          <w:color w:val="3F7146"/>
          <w:sz w:val="26"/>
        </w:rPr>
        <w:t>ПРИСТАПНИЦА / ПРИЈАВА ЗА ЧЛЕНСТВО</w:t>
      </w:r>
    </w:p>
    <w:p>
      <w:pPr>
        <w:spacing w:after="100"/>
        <w:jc w:val="center"/>
      </w:pPr>
      <w:r>
        <w:rPr>
          <w:rFonts w:ascii="Times New Roman" w:hAnsi="Times New Roman"/>
          <w:i/>
          <w:color w:val="3F7146"/>
          <w:sz w:val="19"/>
        </w:rPr>
        <w:t>Членството е доброволно. Во моментов при зачленување не се наплаќа членарина.</w:t>
      </w:r>
    </w:p>
    <w:p>
      <w:pPr>
        <w:spacing w:before="80" w:after="60"/>
      </w:pPr>
      <w:r>
        <w:rPr>
          <w:rFonts w:ascii="Times New Roman" w:hAnsi="Times New Roman"/>
          <w:b/>
          <w:color w:val="3F7146"/>
          <w:sz w:val="24"/>
        </w:rPr>
        <w:t>1. Основни податоци</w:t>
      </w:r>
    </w:p>
    <w:tbl>
      <w:tblPr>
        <w:tblStyle w:val="TableGrid"/>
        <w:tblW w:type="auto" w:w="0"/>
        <w:jc w:val="center"/>
        <w:tblLook w:firstColumn="1" w:firstRow="1" w:lastColumn="0" w:lastRow="0" w:noHBand="0" w:noVBand="1" w:val="04A0"/>
      </w:tblPr>
      <w:tblGrid>
        <w:gridCol w:w="5241"/>
        <w:gridCol w:w="5241"/>
      </w:tblGrid>
      <w:tr>
        <w:tc>
          <w:tcPr>
            <w:tcW w:type="dxa" w:w="5241"/>
            <w:shd w:fill="EEF4EE"/>
            <w:tcMar>
              <w:top w:w="45" w:type="dxa"/>
              <w:start w:w="70" w:type="dxa"/>
              <w:bottom w:w="45" w:type="dxa"/>
              <w:end w:w="70" w:type="dxa"/>
            </w:tcMar>
            <w:vAlign w:val="center"/>
          </w:tcPr>
          <w:p>
            <w:pPr>
              <w:spacing w:after="0"/>
            </w:pPr>
            <w:r>
              <w:rPr>
                <w:rFonts w:ascii="Times New Roman" w:hAnsi="Times New Roman"/>
                <w:b/>
                <w:sz w:val="19"/>
              </w:rPr>
              <w:t>Име и презиме *</w:t>
            </w:r>
          </w:p>
        </w:tc>
        <w:tc>
          <w:tcPr>
            <w:tcW w:type="dxa" w:w="5241"/>
            <w:tcMar>
              <w:top w:w="45" w:type="dxa"/>
              <w:start w:w="70" w:type="dxa"/>
              <w:bottom w:w="45" w:type="dxa"/>
              <w:end w:w="70" w:type="dxa"/>
            </w:tcMar>
            <w:vAlign w:val="center"/>
          </w:tcPr>
          <w:p>
            <w:pPr>
              <w:spacing w:after="0"/>
            </w:pPr>
            <w:r>
              <w:rPr>
                <w:rFonts w:ascii="Times New Roman" w:hAnsi="Times New Roman"/>
                <w:sz w:val="19"/>
              </w:rPr>
              <w:t>________________________________________________________________</w:t>
            </w:r>
          </w:p>
        </w:tc>
      </w:tr>
      <w:tr>
        <w:tc>
          <w:tcPr>
            <w:tcW w:type="dxa" w:w="5241"/>
            <w:shd w:fill="EEF4EE"/>
            <w:tcMar>
              <w:top w:w="45" w:type="dxa"/>
              <w:start w:w="70" w:type="dxa"/>
              <w:bottom w:w="45" w:type="dxa"/>
              <w:end w:w="70" w:type="dxa"/>
            </w:tcMar>
            <w:vAlign w:val="center"/>
          </w:tcPr>
          <w:p>
            <w:pPr>
              <w:spacing w:after="0"/>
            </w:pPr>
            <w:r>
              <w:rPr>
                <w:rFonts w:ascii="Times New Roman" w:hAnsi="Times New Roman"/>
                <w:b/>
                <w:sz w:val="19"/>
              </w:rPr>
              <w:t>Датум на раѓање *</w:t>
            </w:r>
          </w:p>
        </w:tc>
        <w:tc>
          <w:tcPr>
            <w:tcW w:type="dxa" w:w="5241"/>
            <w:tcMar>
              <w:top w:w="45" w:type="dxa"/>
              <w:start w:w="70" w:type="dxa"/>
              <w:bottom w:w="45" w:type="dxa"/>
              <w:end w:w="70" w:type="dxa"/>
            </w:tcMar>
            <w:vAlign w:val="center"/>
          </w:tcPr>
          <w:p>
            <w:pPr>
              <w:spacing w:after="0"/>
            </w:pPr>
            <w:r>
              <w:rPr>
                <w:rFonts w:ascii="Times New Roman" w:hAnsi="Times New Roman"/>
                <w:sz w:val="19"/>
              </w:rPr>
              <w:t>________________________________________________________________</w:t>
            </w:r>
          </w:p>
        </w:tc>
      </w:tr>
      <w:tr>
        <w:tc>
          <w:tcPr>
            <w:tcW w:type="dxa" w:w="5241"/>
            <w:shd w:fill="EEF4EE"/>
            <w:tcMar>
              <w:top w:w="45" w:type="dxa"/>
              <w:start w:w="70" w:type="dxa"/>
              <w:bottom w:w="45" w:type="dxa"/>
              <w:end w:w="70" w:type="dxa"/>
            </w:tcMar>
            <w:vAlign w:val="center"/>
          </w:tcPr>
          <w:p>
            <w:pPr>
              <w:spacing w:after="0"/>
            </w:pPr>
            <w:r>
              <w:rPr>
                <w:rFonts w:ascii="Times New Roman" w:hAnsi="Times New Roman"/>
                <w:b/>
                <w:sz w:val="19"/>
              </w:rPr>
              <w:t>Место / општина *</w:t>
            </w:r>
          </w:p>
        </w:tc>
        <w:tc>
          <w:tcPr>
            <w:tcW w:type="dxa" w:w="5241"/>
            <w:tcMar>
              <w:top w:w="45" w:type="dxa"/>
              <w:start w:w="70" w:type="dxa"/>
              <w:bottom w:w="45" w:type="dxa"/>
              <w:end w:w="70" w:type="dxa"/>
            </w:tcMar>
            <w:vAlign w:val="center"/>
          </w:tcPr>
          <w:p>
            <w:pPr>
              <w:spacing w:after="0"/>
            </w:pPr>
            <w:r>
              <w:rPr>
                <w:rFonts w:ascii="Times New Roman" w:hAnsi="Times New Roman"/>
                <w:sz w:val="19"/>
              </w:rPr>
              <w:t>________________________________________________________________</w:t>
            </w:r>
          </w:p>
        </w:tc>
      </w:tr>
      <w:tr>
        <w:tc>
          <w:tcPr>
            <w:tcW w:type="dxa" w:w="5241"/>
            <w:shd w:fill="EEF4EE"/>
            <w:tcMar>
              <w:top w:w="45" w:type="dxa"/>
              <w:start w:w="70" w:type="dxa"/>
              <w:bottom w:w="45" w:type="dxa"/>
              <w:end w:w="70" w:type="dxa"/>
            </w:tcMar>
            <w:vAlign w:val="center"/>
          </w:tcPr>
          <w:p>
            <w:pPr>
              <w:spacing w:after="0"/>
            </w:pPr>
            <w:r>
              <w:rPr>
                <w:rFonts w:ascii="Times New Roman" w:hAnsi="Times New Roman"/>
                <w:b/>
                <w:sz w:val="19"/>
              </w:rPr>
              <w:t>Телефон *</w:t>
            </w:r>
          </w:p>
        </w:tc>
        <w:tc>
          <w:tcPr>
            <w:tcW w:type="dxa" w:w="5241"/>
            <w:tcMar>
              <w:top w:w="45" w:type="dxa"/>
              <w:start w:w="70" w:type="dxa"/>
              <w:bottom w:w="45" w:type="dxa"/>
              <w:end w:w="70" w:type="dxa"/>
            </w:tcMar>
            <w:vAlign w:val="center"/>
          </w:tcPr>
          <w:p>
            <w:pPr>
              <w:spacing w:after="0"/>
            </w:pPr>
            <w:r>
              <w:rPr>
                <w:rFonts w:ascii="Times New Roman" w:hAnsi="Times New Roman"/>
                <w:sz w:val="19"/>
              </w:rPr>
              <w:t>________________________________________________________________</w:t>
            </w:r>
          </w:p>
        </w:tc>
      </w:tr>
      <w:tr>
        <w:tc>
          <w:tcPr>
            <w:tcW w:type="dxa" w:w="5241"/>
            <w:shd w:fill="EEF4EE"/>
            <w:tcMar>
              <w:top w:w="45" w:type="dxa"/>
              <w:start w:w="70" w:type="dxa"/>
              <w:bottom w:w="45" w:type="dxa"/>
              <w:end w:w="70" w:type="dxa"/>
            </w:tcMar>
            <w:vAlign w:val="center"/>
          </w:tcPr>
          <w:p>
            <w:pPr>
              <w:spacing w:after="0"/>
            </w:pPr>
            <w:r>
              <w:rPr>
                <w:rFonts w:ascii="Times New Roman" w:hAnsi="Times New Roman"/>
                <w:b/>
                <w:sz w:val="19"/>
              </w:rPr>
              <w:t>Е-пошта (задолжителна за електронска пријава)</w:t>
            </w:r>
          </w:p>
        </w:tc>
        <w:tc>
          <w:tcPr>
            <w:tcW w:type="dxa" w:w="5241"/>
            <w:tcMar>
              <w:top w:w="45" w:type="dxa"/>
              <w:start w:w="70" w:type="dxa"/>
              <w:bottom w:w="45" w:type="dxa"/>
              <w:end w:w="70" w:type="dxa"/>
            </w:tcMar>
            <w:vAlign w:val="center"/>
          </w:tcPr>
          <w:p>
            <w:pPr>
              <w:spacing w:after="0"/>
            </w:pPr>
            <w:r>
              <w:rPr>
                <w:rFonts w:ascii="Times New Roman" w:hAnsi="Times New Roman"/>
                <w:sz w:val="19"/>
              </w:rPr>
              <w:t>________________________________________________________________</w:t>
            </w:r>
          </w:p>
        </w:tc>
      </w:tr>
      <w:tr>
        <w:tc>
          <w:tcPr>
            <w:tcW w:type="dxa" w:w="5241"/>
            <w:shd w:fill="EEF4EE"/>
            <w:tcMar>
              <w:top w:w="45" w:type="dxa"/>
              <w:start w:w="70" w:type="dxa"/>
              <w:bottom w:w="45" w:type="dxa"/>
              <w:end w:w="70" w:type="dxa"/>
            </w:tcMar>
            <w:vAlign w:val="center"/>
          </w:tcPr>
          <w:p>
            <w:pPr>
              <w:spacing w:after="0"/>
            </w:pPr>
            <w:r>
              <w:rPr>
                <w:rFonts w:ascii="Times New Roman" w:hAnsi="Times New Roman"/>
                <w:b/>
                <w:sz w:val="19"/>
              </w:rPr>
              <w:t>Професија / занимање</w:t>
            </w:r>
          </w:p>
        </w:tc>
        <w:tc>
          <w:tcPr>
            <w:tcW w:type="dxa" w:w="5241"/>
            <w:tcMar>
              <w:top w:w="45" w:type="dxa"/>
              <w:start w:w="70" w:type="dxa"/>
              <w:bottom w:w="45" w:type="dxa"/>
              <w:end w:w="70" w:type="dxa"/>
            </w:tcMar>
            <w:vAlign w:val="center"/>
          </w:tcPr>
          <w:p>
            <w:pPr>
              <w:spacing w:after="0"/>
            </w:pPr>
            <w:r>
              <w:rPr>
                <w:rFonts w:ascii="Times New Roman" w:hAnsi="Times New Roman"/>
                <w:sz w:val="19"/>
              </w:rPr>
              <w:t>________________________________________________________________</w:t>
            </w:r>
          </w:p>
        </w:tc>
      </w:tr>
      <w:tr>
        <w:tc>
          <w:tcPr>
            <w:tcW w:type="dxa" w:w="5241"/>
            <w:shd w:fill="EEF4EE"/>
            <w:tcMar>
              <w:top w:w="45" w:type="dxa"/>
              <w:start w:w="70" w:type="dxa"/>
              <w:bottom w:w="45" w:type="dxa"/>
              <w:end w:w="70" w:type="dxa"/>
            </w:tcMar>
            <w:vAlign w:val="center"/>
          </w:tcPr>
          <w:p>
            <w:pPr>
              <w:spacing w:after="0"/>
            </w:pPr>
            <w:r>
              <w:rPr>
                <w:rFonts w:ascii="Times New Roman" w:hAnsi="Times New Roman"/>
                <w:b/>
                <w:sz w:val="19"/>
              </w:rPr>
              <w:t>Организација / фирма / земјоделско стопанство</w:t>
            </w:r>
          </w:p>
        </w:tc>
        <w:tc>
          <w:tcPr>
            <w:tcW w:type="dxa" w:w="5241"/>
            <w:tcMar>
              <w:top w:w="45" w:type="dxa"/>
              <w:start w:w="70" w:type="dxa"/>
              <w:bottom w:w="45" w:type="dxa"/>
              <w:end w:w="70" w:type="dxa"/>
            </w:tcMar>
            <w:vAlign w:val="center"/>
          </w:tcPr>
          <w:p>
            <w:pPr>
              <w:spacing w:after="0"/>
            </w:pPr>
            <w:r>
              <w:rPr>
                <w:rFonts w:ascii="Times New Roman" w:hAnsi="Times New Roman"/>
                <w:sz w:val="19"/>
              </w:rPr>
              <w:t>________________________________________________________________</w:t>
            </w:r>
          </w:p>
        </w:tc>
      </w:tr>
      <w:tr>
        <w:tc>
          <w:tcPr>
            <w:tcW w:type="dxa" w:w="5241"/>
            <w:shd w:fill="EEF4EE"/>
            <w:tcMar>
              <w:top w:w="45" w:type="dxa"/>
              <w:start w:w="70" w:type="dxa"/>
              <w:bottom w:w="45" w:type="dxa"/>
              <w:end w:w="70" w:type="dxa"/>
            </w:tcMar>
            <w:vAlign w:val="center"/>
          </w:tcPr>
          <w:p>
            <w:pPr>
              <w:spacing w:after="0"/>
            </w:pPr>
            <w:r>
              <w:rPr>
                <w:rFonts w:ascii="Times New Roman" w:hAnsi="Times New Roman"/>
                <w:b/>
                <w:sz w:val="19"/>
              </w:rPr>
              <w:t>Начин на комуникација што го претпочитам</w:t>
            </w:r>
          </w:p>
        </w:tc>
        <w:tc>
          <w:tcPr>
            <w:tcW w:type="dxa" w:w="5241"/>
            <w:tcMar>
              <w:top w:w="45" w:type="dxa"/>
              <w:start w:w="70" w:type="dxa"/>
              <w:bottom w:w="45" w:type="dxa"/>
              <w:end w:w="70" w:type="dxa"/>
            </w:tcMar>
            <w:vAlign w:val="center"/>
          </w:tcPr>
          <w:p>
            <w:pPr>
              <w:spacing w:after="0"/>
            </w:pPr>
            <w:r>
              <w:rPr>
                <w:rFonts w:ascii="Times New Roman" w:hAnsi="Times New Roman"/>
                <w:sz w:val="19"/>
              </w:rPr>
              <w:t>☐ е-пошта   ☐ Viber/WhatsApp   ☐ SMS   ☐ телефонски повик</w:t>
            </w:r>
          </w:p>
        </w:tc>
      </w:tr>
    </w:tbl>
    <w:p>
      <w:pPr>
        <w:spacing w:after="60"/>
      </w:pPr>
      <w:r>
        <w:rPr>
          <w:rFonts w:ascii="Times New Roman" w:hAnsi="Times New Roman"/>
          <w:i w:val="0"/>
          <w:color w:val="24313A"/>
          <w:sz w:val="18"/>
        </w:rPr>
        <w:t>Статус:  ☐ вработен/а   ☐ земјоделец/ка   ☐ самовработен/а   ☐ пензионер/ка   ☐ ученик/студент   ☐ невработен/а   ☐ друго: __________</w:t>
      </w:r>
    </w:p>
    <w:p>
      <w:pPr>
        <w:spacing w:before="80" w:after="60"/>
      </w:pPr>
      <w:r>
        <w:rPr>
          <w:rFonts w:ascii="Times New Roman" w:hAnsi="Times New Roman"/>
          <w:b/>
          <w:color w:val="3F7146"/>
          <w:sz w:val="24"/>
        </w:rPr>
        <w:t>2. Организациско вклучување во рамки на „ЖИВОТ“</w:t>
      </w:r>
    </w:p>
    <w:p>
      <w:pPr>
        <w:spacing w:after="60"/>
      </w:pPr>
      <w:r>
        <w:rPr>
          <w:rFonts w:ascii="Times New Roman" w:hAnsi="Times New Roman"/>
          <w:i w:val="0"/>
          <w:color w:val="666666"/>
          <w:sz w:val="18"/>
        </w:rPr>
        <w:t>А. Изберете една примарна организациска група. Тематските клубови и програмски мрежи подолу може да се изберат независно од примарниот клуб.</w:t>
      </w:r>
    </w:p>
    <w:tbl>
      <w:tblPr>
        <w:tblStyle w:val="TableGrid"/>
        <w:tblW w:type="auto" w:w="0"/>
        <w:jc w:val="center"/>
        <w:tblLook w:firstColumn="1" w:firstRow="1" w:lastColumn="0" w:lastRow="0" w:noHBand="0" w:noVBand="1" w:val="04A0"/>
      </w:tblPr>
      <w:tblGrid>
        <w:gridCol w:w="10482"/>
      </w:tblGrid>
      <w:tr>
        <w:tc>
          <w:tcPr>
            <w:tcW w:type="dxa" w:w="10482"/>
            <w:tcMar>
              <w:top w:w="50" w:type="dxa"/>
              <w:start w:w="70" w:type="dxa"/>
              <w:bottom w:w="50" w:type="dxa"/>
              <w:end w:w="70" w:type="dxa"/>
            </w:tcMar>
          </w:tcPr>
          <w:p>
            <w:pPr>
              <w:spacing w:after="0"/>
              <w:jc w:val="left"/>
            </w:pPr>
            <w:r>
              <w:rPr>
                <w:rFonts w:ascii="Times New Roman" w:hAnsi="Times New Roman" w:eastAsia="Times New Roman"/>
                <w:sz w:val="19"/>
              </w:rPr>
              <w:t>☐ КЛУБ НА МЛАДИ „ЖИВОТ“ – младински, образовни, креативни, волонтерски, еколошки, спортски, културни, инклузивни и саемски активности</w:t>
            </w:r>
          </w:p>
        </w:tc>
      </w:tr>
      <w:tr>
        <w:tc>
          <w:tcPr>
            <w:tcW w:type="dxa" w:w="10482"/>
            <w:tcMar>
              <w:top w:w="50" w:type="dxa"/>
              <w:start w:w="70" w:type="dxa"/>
              <w:bottom w:w="50" w:type="dxa"/>
              <w:end w:w="70" w:type="dxa"/>
            </w:tcMar>
          </w:tcPr>
          <w:p>
            <w:pPr>
              <w:spacing w:after="0"/>
              <w:jc w:val="left"/>
            </w:pPr>
            <w:r>
              <w:rPr>
                <w:rFonts w:ascii="Times New Roman" w:hAnsi="Times New Roman" w:eastAsia="Times New Roman"/>
                <w:sz w:val="19"/>
              </w:rPr>
              <w:t>☐ КЛУБ „АКТИВЕН ЖИВОТ“ – гастрономија, традиција, земјоделство, рурален туризам, саеми, патувања, гостопримство и организациска поддршка</w:t>
            </w:r>
          </w:p>
        </w:tc>
      </w:tr>
      <w:tr>
        <w:tc>
          <w:tcPr>
            <w:tcW w:type="dxa" w:w="10482"/>
            <w:tcMar>
              <w:top w:w="50" w:type="dxa"/>
              <w:start w:w="70" w:type="dxa"/>
              <w:bottom w:w="50" w:type="dxa"/>
              <w:end w:w="70" w:type="dxa"/>
            </w:tcMar>
          </w:tcPr>
          <w:p>
            <w:pPr>
              <w:spacing w:after="0"/>
              <w:jc w:val="left"/>
            </w:pPr>
            <w:r>
              <w:rPr>
                <w:rFonts w:ascii="Times New Roman" w:hAnsi="Times New Roman" w:eastAsia="Times New Roman"/>
                <w:sz w:val="19"/>
              </w:rPr>
              <w:t>☐ ОПШТО ЧЛЕНСТВО / САКАМ НАСОЧУВАЊЕ – сакам конкретното вклучување да го усогласам според моите интереси и можности</w:t>
            </w:r>
          </w:p>
        </w:tc>
      </w:tr>
    </w:tbl>
    <w:p>
      <w:pPr>
        <w:spacing w:after="60"/>
      </w:pPr>
      <w:r>
        <w:rPr>
          <w:rFonts w:ascii="Times New Roman" w:hAnsi="Times New Roman"/>
          <w:i w:val="0"/>
          <w:color w:val="666666"/>
          <w:sz w:val="18"/>
        </w:rPr>
        <w:t>Б. Тематски клубови и програмски мрежи – може да изберете една или повеќе:</w:t>
      </w:r>
    </w:p>
    <w:tbl>
      <w:tblPr>
        <w:tblStyle w:val="TableGrid"/>
        <w:tblW w:type="auto" w:w="0"/>
        <w:jc w:val="center"/>
        <w:tblLook w:firstColumn="1" w:firstRow="1" w:lastColumn="0" w:lastRow="0" w:noHBand="0" w:noVBand="1" w:val="04A0"/>
      </w:tblPr>
      <w:tblGrid>
        <w:gridCol w:w="10482"/>
      </w:tblGrid>
      <w:tr>
        <w:tc>
          <w:tcPr>
            <w:tcW w:type="dxa" w:w="10482"/>
            <w:tcMar>
              <w:top w:w="50" w:type="dxa"/>
              <w:start w:w="70" w:type="dxa"/>
              <w:bottom w:w="50" w:type="dxa"/>
              <w:end w:w="70" w:type="dxa"/>
            </w:tcMar>
            <w:shd w:fill="F6F8F6"/>
          </w:tcPr>
          <w:p>
            <w:pPr>
              <w:spacing w:after="0"/>
              <w:jc w:val="left"/>
            </w:pPr>
            <w:r>
              <w:rPr>
                <w:rFonts w:ascii="Times New Roman" w:hAnsi="Times New Roman" w:eastAsia="Times New Roman"/>
                <w:sz w:val="19"/>
              </w:rPr>
            </w:r>
            <w:r>
              <w:rPr>
                <w:rFonts w:ascii="Times New Roman" w:hAnsi="Times New Roman" w:eastAsia="Times New Roman"/>
                <w:sz w:val="19"/>
              </w:rPr>
              <w:t>☐ Сакам да бидам член во Клуб на љубители и одгледувачи на украсна живина, птици и ситни животни „Пет’л“ - Куманово</w:t>
            </w:r>
          </w:p>
        </w:tc>
      </w:tr>
      <w:tr>
        <w:tc>
          <w:tcPr>
            <w:tcW w:type="dxa" w:w="10482"/>
            <w:tcMar>
              <w:top w:w="50" w:type="dxa"/>
              <w:start w:w="70" w:type="dxa"/>
              <w:bottom w:w="50" w:type="dxa"/>
              <w:end w:w="70" w:type="dxa"/>
            </w:tcMar>
          </w:tcPr>
          <w:p>
            <w:pPr>
              <w:spacing w:after="0"/>
              <w:jc w:val="left"/>
            </w:pPr>
            <w:r>
              <w:rPr>
                <w:rFonts w:ascii="Times New Roman" w:hAnsi="Times New Roman" w:eastAsia="Times New Roman"/>
                <w:sz w:val="19"/>
              </w:rPr>
              <w:t>☐ Сакам да се вклучам во AGROMAK GREEN – планинарење, екологија, билкарство, рурален туризам и „Биљобер“</w:t>
            </w:r>
          </w:p>
        </w:tc>
      </w:tr>
    </w:tbl>
    <w:p>
      <w:pPr>
        <w:spacing w:before="80" w:after="60"/>
      </w:pPr>
      <w:r>
        <w:rPr>
          <w:rFonts w:ascii="Times New Roman" w:hAnsi="Times New Roman"/>
          <w:b/>
          <w:color w:val="3F7146"/>
          <w:sz w:val="24"/>
        </w:rPr>
        <w:t>3. Теми и активности што ме интересираат</w:t>
      </w:r>
    </w:p>
    <w:tbl>
      <w:tblPr>
        <w:tblStyle w:val="TableGrid"/>
        <w:tblW w:type="auto" w:w="0"/>
        <w:jc w:val="center"/>
        <w:tblLook w:firstColumn="1" w:firstRow="1" w:lastColumn="0" w:lastRow="0" w:noHBand="0" w:noVBand="1" w:val="04A0"/>
      </w:tblPr>
      <w:tblGrid>
        <w:gridCol w:w="5241"/>
        <w:gridCol w:w="5241"/>
      </w:tblGrid>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земјоделство и органско производство</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гастрономија и готвење</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традиционална храна, зимница и домашни производи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декорација, аранжирање, сервирање и гостопримство</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саеми, фестивали и промотивни патувања</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рурален туризам и промоција на дестинации</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украсна живина, птици и ситни животни / изложби и натпревари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планинарење, екологија, биодиверзитет и билкарство</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ракотворби и традиционални производи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култура, фолклор, музика и традиција</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работа со деца и млади / едукација</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волонтерство и организација на настани</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спорт, рекреација и активности во природа</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фотографија, видео, медиуми и социјални мрежи</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протокол и прием на гости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B2B, компании, продажба и промоција</w:t>
            </w:r>
          </w:p>
        </w:tc>
      </w:tr>
    </w:tbl>
    <w:p>
      <w:pPr>
        <w:spacing w:after="60"/>
      </w:pPr>
      <w:r>
        <w:rPr>
          <w:rFonts w:ascii="Times New Roman" w:hAnsi="Times New Roman"/>
          <w:i w:val="0"/>
          <w:color w:val="666666"/>
          <w:sz w:val="18"/>
        </w:rPr>
        <w:t>Друго: __________________________________________________________________________________________________</w:t>
      </w:r>
    </w:p>
    <w:p>
      <w:pPr>
        <w:pageBreakBefore/>
        <w:spacing w:before="80" w:after="60"/>
      </w:pPr>
      <w:r>
        <w:rPr>
          <w:rFonts w:ascii="Times New Roman" w:hAnsi="Times New Roman"/>
          <w:b/>
          <w:color w:val="3F7146"/>
          <w:sz w:val="24"/>
        </w:rPr>
        <w:t>4. Млади, образование и инклузивност</w:t>
      </w:r>
    </w:p>
    <w:p>
      <w:pPr>
        <w:spacing w:after="60"/>
      </w:pPr>
      <w:r>
        <w:rPr>
          <w:rFonts w:ascii="Times New Roman" w:hAnsi="Times New Roman"/>
          <w:i w:val="0"/>
          <w:color w:val="666666"/>
          <w:sz w:val="18"/>
        </w:rPr>
        <w:t>Овој дел е отворен за сите членови. Целта е да се развиваат активности во кои младите и лицата со различни можности и потреби можат рамноправно и активно да учествуваат.</w:t>
      </w:r>
    </w:p>
    <w:tbl>
      <w:tblPr>
        <w:tblStyle w:val="TableGrid"/>
        <w:tblW w:type="auto" w:w="0"/>
        <w:jc w:val="center"/>
        <w:tblLook w:firstColumn="1" w:firstRow="1" w:lastColumn="0" w:lastRow="0" w:noHBand="0" w:noVBand="1" w:val="04A0"/>
      </w:tblPr>
      <w:tblGrid>
        <w:gridCol w:w="5241"/>
        <w:gridCol w:w="5241"/>
      </w:tblGrid>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младинско волонтерство и врснички иницијативи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кампови, младински средби и регионални размени</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спорт, рекреација и здрави животни навики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креативни, културни и уметнички работилници</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едукација, наука, практични и дигитални вештини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екологија, природа и акции за заедницата</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претприемништво, кариерни и практични вештини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меѓугенерациски активности и пренос на знаење</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инклузивни активности и еднакво учество</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сакам да помагам како волонтер/придружба на учесници на кои им е потребна организациска поддршка</w:t>
            </w:r>
          </w:p>
        </w:tc>
      </w:tr>
    </w:tbl>
    <w:p>
      <w:pPr>
        <w:spacing w:after="60"/>
      </w:pPr>
      <w:r>
        <w:rPr>
          <w:rFonts w:ascii="Times New Roman" w:hAnsi="Times New Roman"/>
          <w:i w:val="0"/>
          <w:color w:val="666666"/>
          <w:sz w:val="18"/>
        </w:rPr>
        <w:t>Дали при учество во активности би Ви била корисна организациска или пристапна поддршка?  ☐ да   ☐ не   ☐ зависно од активноста</w:t>
      </w:r>
    </w:p>
    <w:p>
      <w:pPr>
        <w:spacing w:after="60"/>
      </w:pPr>
      <w:r>
        <w:rPr>
          <w:rFonts w:ascii="Times New Roman" w:hAnsi="Times New Roman"/>
          <w:i w:val="0"/>
          <w:color w:val="666666"/>
          <w:sz w:val="18"/>
        </w:rPr>
        <w:t>Ако сакате, наведете каква поддршка би Ви помогнала: _______________________________________________________________</w:t>
      </w:r>
    </w:p>
    <w:p>
      <w:pPr>
        <w:spacing w:after="60"/>
      </w:pPr>
      <w:r>
        <w:rPr>
          <w:rFonts w:ascii="Times New Roman" w:hAnsi="Times New Roman"/>
          <w:i/>
          <w:color w:val="3F7146"/>
          <w:sz w:val="18"/>
        </w:rPr>
        <w:t>Не е потребно да наведувате дијагноза или други чувствителни здравствени податоци.</w:t>
      </w:r>
    </w:p>
    <w:p>
      <w:pPr>
        <w:jc w:val="center"/>
        <w:pBdr>
          <w:bottom w:val="single" w:sz="8" w:color="3F7146"/>
        </w:pBdr>
      </w:pPr>
      <w:r>
        <w:rPr>
          <w:rFonts w:ascii="Times New Roman" w:hAnsi="Times New Roman"/>
          <w:color w:val="666666"/>
          <w:sz w:val="19"/>
        </w:rPr>
        <w:t>ПРИСТАПНИЦА / ПРИЈАВА ЗА ЧЛЕНСТВО – продолжение</w:t>
      </w:r>
    </w:p>
    <w:p>
      <w:pPr>
        <w:spacing w:before="80" w:after="60"/>
      </w:pPr>
      <w:r>
        <w:rPr>
          <w:rFonts w:ascii="Times New Roman" w:hAnsi="Times New Roman"/>
          <w:b/>
          <w:color w:val="3F7146"/>
          <w:sz w:val="24"/>
        </w:rPr>
        <w:t>5. Како сакам да се вклучувам</w:t>
      </w:r>
    </w:p>
    <w:tbl>
      <w:tblPr>
        <w:tblStyle w:val="TableGrid"/>
        <w:tblW w:type="auto" w:w="0"/>
        <w:jc w:val="center"/>
        <w:tblLook w:firstColumn="1" w:firstRow="1" w:lastColumn="0" w:lastRow="0" w:noHBand="0" w:noVBand="1" w:val="04A0"/>
      </w:tblPr>
      <w:tblGrid>
        <w:gridCol w:w="5241"/>
        <w:gridCol w:w="5241"/>
      </w:tblGrid>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помош при организација на настани на „ЖИВОТ“</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претставување на „ЖИВОТ“ на регионални саеми и фестивали</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организирани посети, гостувања и патувања</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готвење, натпреварување, дегустација или презентација</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работилници, обуки и едукација</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волонтерство, логистика и теренска поддршка</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младински, спортски, креативни или инклузивни активности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координација на тим / програмска активност</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учество во изложби на украсна живина, птици и ситни животни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претставување сопствен производ, знаење или вештина</w:t>
            </w:r>
          </w:p>
        </w:tc>
      </w:tr>
      <w:tr>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предлози, идеи и развој на нови проекти</w:t>
            </w:r>
          </w:p>
        </w:tc>
        <w:tc>
          <w:tcPr>
            <w:tcW w:type="dxa" w:w="5241"/>
            <w:tcMar>
              <w:top w:w="50" w:type="dxa"/>
              <w:start w:w="70" w:type="dxa"/>
              <w:bottom w:w="50" w:type="dxa"/>
              <w:end w:w="70" w:type="dxa"/>
            </w:tcMar>
          </w:tcPr>
          <w:p>
            <w:pPr>
              <w:spacing w:after="0"/>
              <w:jc w:val="left"/>
            </w:pPr>
            <w:r>
              <w:rPr>
                <w:rFonts w:ascii="Times New Roman" w:hAnsi="Times New Roman" w:eastAsia="Times New Roman"/>
                <w:sz w:val="19"/>
              </w:rPr>
              <w:t>☐ сакам само да добивам покани за активности што ме интересираат</w:t>
            </w:r>
          </w:p>
        </w:tc>
      </w:tr>
    </w:tbl>
    <w:p>
      <w:pPr>
        <w:spacing w:before="80" w:after="60"/>
      </w:pPr>
      <w:r>
        <w:rPr>
          <w:rFonts w:ascii="Times New Roman" w:hAnsi="Times New Roman"/>
          <w:b/>
          <w:color w:val="3F7146"/>
          <w:sz w:val="24"/>
        </w:rPr>
        <w:t>6. Расположливост за активности и патувања</w:t>
      </w:r>
    </w:p>
    <w:p>
      <w:pPr>
        <w:spacing w:after="60"/>
      </w:pPr>
      <w:r>
        <w:rPr>
          <w:rFonts w:ascii="Times New Roman" w:hAnsi="Times New Roman"/>
          <w:i w:val="0"/>
          <w:color w:val="24313A"/>
          <w:sz w:val="18"/>
        </w:rPr>
        <w:t>Најчесто сум достапен/на:  ☐ работни денови   ☐ викенд   ☐ еднодневни активности   ☐ повеќедневни активности   ☐ патувања во странство</w:t>
      </w:r>
    </w:p>
    <w:p>
      <w:pPr>
        <w:spacing w:after="60"/>
      </w:pPr>
      <w:r>
        <w:rPr>
          <w:rFonts w:ascii="Times New Roman" w:hAnsi="Times New Roman"/>
          <w:i w:val="0"/>
          <w:color w:val="24313A"/>
          <w:sz w:val="18"/>
        </w:rPr>
        <w:t>Превоз:  ☐ имам сопствено возило и по договор можам да помогнам со превоз   ☐ немам сопствен превоз   ☐ зависно од активноста</w:t>
      </w:r>
    </w:p>
    <w:p>
      <w:pPr>
        <w:spacing w:before="80" w:after="60"/>
      </w:pPr>
      <w:r>
        <w:rPr>
          <w:rFonts w:ascii="Times New Roman" w:hAnsi="Times New Roman"/>
          <w:b/>
          <w:color w:val="3F7146"/>
          <w:sz w:val="24"/>
        </w:rPr>
        <w:t>7. Што можам да придонесам во работата на „ЖИВОТ“</w:t>
      </w:r>
    </w:p>
    <w:p>
      <w:pPr>
        <w:spacing w:after="60"/>
      </w:pPr>
      <w:r>
        <w:rPr>
          <w:rFonts w:ascii="Times New Roman" w:hAnsi="Times New Roman"/>
          <w:i w:val="0"/>
          <w:color w:val="666666"/>
          <w:sz w:val="18"/>
        </w:rPr>
        <w:t>Наведете знаења, практични вештини, странски јазици, искуство во организација, земјоделство, гастрономија, туризам, работа со млади, инклузивни активности, медиуми, одгледување животни, контакти или други ресурси со кои би можеле повремено да помогнете:</w:t>
      </w:r>
    </w:p>
    <w:p>
      <w:pPr>
        <w:spacing w:after="60"/>
      </w:pPr>
      <w:r>
        <w:rPr>
          <w:rFonts w:ascii="Times New Roman" w:hAnsi="Times New Roman"/>
          <w:i w:val="0"/>
          <w:color w:val="24313A"/>
          <w:sz w:val="18"/>
        </w:rPr>
        <w:t>____________________________________________________________________________________________________________</w:t>
      </w:r>
    </w:p>
    <w:p>
      <w:pPr>
        <w:spacing w:after="60"/>
      </w:pPr>
      <w:r>
        <w:rPr>
          <w:rFonts w:ascii="Times New Roman" w:hAnsi="Times New Roman"/>
          <w:i w:val="0"/>
          <w:color w:val="24313A"/>
          <w:sz w:val="18"/>
        </w:rPr>
        <w:t>____________________________________________________________________________________________________________</w:t>
      </w:r>
    </w:p>
    <w:p>
      <w:pPr>
        <w:spacing w:after="60"/>
      </w:pPr>
      <w:r>
        <w:rPr>
          <w:rFonts w:ascii="Times New Roman" w:hAnsi="Times New Roman"/>
          <w:i w:val="0"/>
          <w:color w:val="24313A"/>
          <w:sz w:val="18"/>
        </w:rPr>
        <w:t>____________________________________________________________________________________________________________</w:t>
      </w:r>
    </w:p>
    <w:p>
      <w:pPr>
        <w:spacing w:before="80" w:after="60"/>
      </w:pPr>
      <w:r>
        <w:rPr>
          <w:rFonts w:ascii="Times New Roman" w:hAnsi="Times New Roman"/>
          <w:b/>
          <w:color w:val="3F7146"/>
          <w:sz w:val="24"/>
        </w:rPr>
        <w:t>8. Мој интерес / очекување од членството</w:t>
      </w:r>
    </w:p>
    <w:p>
      <w:pPr>
        <w:spacing w:after="60"/>
      </w:pPr>
      <w:r>
        <w:rPr>
          <w:rFonts w:ascii="Times New Roman" w:hAnsi="Times New Roman"/>
          <w:i w:val="0"/>
          <w:color w:val="24313A"/>
          <w:sz w:val="18"/>
        </w:rPr>
        <w:t>____________________________________________________________________________________________________________</w:t>
      </w:r>
    </w:p>
    <w:p>
      <w:pPr>
        <w:spacing w:after="60"/>
      </w:pPr>
      <w:r>
        <w:rPr>
          <w:rFonts w:ascii="Times New Roman" w:hAnsi="Times New Roman"/>
          <w:i w:val="0"/>
          <w:color w:val="24313A"/>
          <w:sz w:val="18"/>
        </w:rPr>
        <w:t>____________________________________________________________________________________________________________</w:t>
      </w:r>
    </w:p>
    <w:p>
      <w:pPr>
        <w:spacing w:after="60"/>
      </w:pPr>
      <w:r>
        <w:rPr>
          <w:rFonts w:ascii="Times New Roman" w:hAnsi="Times New Roman"/>
          <w:i w:val="0"/>
          <w:color w:val="24313A"/>
          <w:sz w:val="18"/>
        </w:rPr>
        <w:t>____________________________________________________________________________________________________________</w:t>
      </w:r>
    </w:p>
    <w:p>
      <w:pPr>
        <w:spacing w:before="80" w:after="60"/>
      </w:pPr>
      <w:r>
        <w:rPr>
          <w:rFonts w:ascii="Times New Roman" w:hAnsi="Times New Roman"/>
          <w:b/>
          <w:color w:val="3F7146"/>
          <w:sz w:val="24"/>
        </w:rPr>
        <w:t>9. Изјава за членство</w:t>
      </w:r>
    </w:p>
    <w:p>
      <w:pPr>
        <w:spacing w:after="60"/>
      </w:pPr>
      <w:r>
        <w:rPr>
          <w:rFonts w:ascii="Times New Roman" w:hAnsi="Times New Roman"/>
          <w:i w:val="0"/>
          <w:color w:val="24313A"/>
          <w:sz w:val="18"/>
        </w:rPr>
        <w:t>Со поднесување на оваа пристапница доброволно пристапувам кон Здружението „ЖИВОТ“. Потврдувам дека наведените податоци се точни и дека сум запознаен/а дека членството подразбира почитување на Статутот, програмските правила и одлуките на надлежните органи на Здружението, како и активно и одговорно однесување при активностите во кои ќе се вклучам.</w:t>
      </w:r>
    </w:p>
    <w:p>
      <w:pPr>
        <w:spacing w:after="60"/>
      </w:pPr>
      <w:r>
        <w:rPr>
          <w:rFonts w:ascii="Times New Roman" w:hAnsi="Times New Roman"/>
          <w:i w:val="0"/>
          <w:color w:val="24313A"/>
          <w:sz w:val="18"/>
        </w:rPr>
        <w:t>Членството само по себе не гарантира бесплатен превоз, сместување, исхрана, котизација, подароци или друг надомест. За секоја конкретна активност, патување или настап, условите, бројот на места, критериумите за избор и евентуалните трошоци се утврдуваат со посебна покана, одлука или договор.</w:t>
      </w:r>
    </w:p>
    <w:p>
      <w:pPr>
        <w:spacing w:after="60"/>
      </w:pPr>
      <w:r>
        <w:rPr>
          <w:rFonts w:ascii="Times New Roman" w:hAnsi="Times New Roman"/>
          <w:i w:val="0"/>
          <w:color w:val="24313A"/>
          <w:sz w:val="18"/>
        </w:rPr>
        <w:t>Во моментов при зачленувањето не се наплаќа членарина. Доколку во иднина надлежниот орган на Здружението утврди членарина согласно Статутот, членовите ќе бидат навремено известени за износот, роковите и начинот на плаќање.</w:t>
      </w:r>
    </w:p>
    <w:p>
      <w:pPr>
        <w:pageBreakBefore/>
        <w:spacing w:before="80" w:after="60"/>
      </w:pPr>
      <w:r>
        <w:rPr>
          <w:rFonts w:ascii="Times New Roman" w:hAnsi="Times New Roman"/>
          <w:b/>
          <w:color w:val="3F7146"/>
          <w:sz w:val="24"/>
        </w:rPr>
        <w:t>10. Лични податоци и комуникација</w:t>
      </w:r>
    </w:p>
    <w:p>
      <w:pPr>
        <w:spacing w:after="60"/>
      </w:pPr>
      <w:r>
        <w:rPr>
          <w:rFonts w:ascii="Times New Roman" w:hAnsi="Times New Roman"/>
          <w:i w:val="0"/>
          <w:color w:val="24313A"/>
          <w:sz w:val="18"/>
        </w:rPr>
        <w:t>Податоците од пристапницата се обработуваат за потребите на членството, водење и ажурирање на регистарот на членови, организација на активности и комуникација поврзана со членството, согласно важечките прописи за заштита на личните податоци. Податоците не се користат за цели што не се поврзани со работата на Здружението без соодветен правен основ.</w:t>
      </w:r>
    </w:p>
    <w:p>
      <w:pPr>
        <w:spacing w:after="60"/>
      </w:pPr>
      <w:r>
        <w:rPr>
          <w:rFonts w:ascii="Times New Roman" w:hAnsi="Times New Roman"/>
          <w:i w:val="0"/>
          <w:color w:val="24313A"/>
          <w:sz w:val="18"/>
        </w:rPr>
        <w:t>Дополнителна комуникација и медиумска согласност (по избор):</w:t>
      </w:r>
    </w:p>
    <w:tbl>
      <w:tblPr>
        <w:tblStyle w:val="TableGrid"/>
        <w:tblW w:type="auto" w:w="0"/>
        <w:jc w:val="center"/>
        <w:tblLook w:firstColumn="1" w:firstRow="1" w:lastColumn="0" w:lastRow="0" w:noHBand="0" w:noVBand="1" w:val="04A0"/>
      </w:tblPr>
      <w:tblGrid>
        <w:gridCol w:w="10482"/>
      </w:tblGrid>
      <w:tr>
        <w:tc>
          <w:tcPr>
            <w:tcW w:type="dxa" w:w="10482"/>
            <w:tcMar>
              <w:top w:w="50" w:type="dxa"/>
              <w:start w:w="70" w:type="dxa"/>
              <w:bottom w:w="50" w:type="dxa"/>
              <w:end w:w="70" w:type="dxa"/>
            </w:tcMar>
          </w:tcPr>
          <w:p>
            <w:pPr>
              <w:spacing w:after="0"/>
              <w:jc w:val="left"/>
            </w:pPr>
            <w:r>
              <w:rPr>
                <w:rFonts w:ascii="Times New Roman" w:hAnsi="Times New Roman" w:eastAsia="Times New Roman"/>
                <w:sz w:val="19"/>
              </w:rPr>
              <w:t>☐ Сакам да добивам покани, новости и информации преку е-пошта, Viber/WhatsApp и/или SMS.</w:t>
            </w:r>
          </w:p>
        </w:tc>
      </w:tr>
      <w:tr>
        <w:tc>
          <w:tcPr>
            <w:tcW w:type="dxa" w:w="10482"/>
            <w:tcMar>
              <w:top w:w="50" w:type="dxa"/>
              <w:start w:w="70" w:type="dxa"/>
              <w:bottom w:w="50" w:type="dxa"/>
              <w:end w:w="70" w:type="dxa"/>
            </w:tcMar>
          </w:tcPr>
          <w:p>
            <w:pPr>
              <w:spacing w:after="0"/>
              <w:jc w:val="left"/>
            </w:pPr>
            <w:r>
              <w:rPr>
                <w:rFonts w:ascii="Times New Roman" w:hAnsi="Times New Roman" w:eastAsia="Times New Roman"/>
                <w:sz w:val="19"/>
              </w:rPr>
              <w:t>☐ Се согласувам фотографии и видеоматеријали на кои сум препознатлив/а, создадени при активности на кои доброволно учествувам, да може да се користат за информирање и промоција на работата на „ЖИВОТ“.</w:t>
            </w:r>
          </w:p>
        </w:tc>
      </w:tr>
      <w:tr>
        <w:tc>
          <w:tcPr>
            <w:tcW w:type="dxa" w:w="10482"/>
            <w:tcMar>
              <w:top w:w="50" w:type="dxa"/>
              <w:start w:w="70" w:type="dxa"/>
              <w:bottom w:w="50" w:type="dxa"/>
              <w:end w:w="70" w:type="dxa"/>
            </w:tcMar>
          </w:tcPr>
          <w:p>
            <w:pPr>
              <w:spacing w:after="0"/>
              <w:jc w:val="left"/>
            </w:pPr>
            <w:r>
              <w:rPr>
                <w:rFonts w:ascii="Times New Roman" w:hAnsi="Times New Roman" w:eastAsia="Times New Roman"/>
                <w:sz w:val="19"/>
              </w:rPr>
              <w:t>☐ Не сакам мојот лик да се користи во индивидуални/препознатливи промотивни фотографии и видеа, освен ако за конкретен настан дополнително не се согласам.</w:t>
            </w:r>
          </w:p>
        </w:tc>
      </w:tr>
    </w:tbl>
    <w:p>
      <w:pPr>
        <w:spacing w:before="80" w:after="60"/>
      </w:pPr>
      <w:r>
        <w:rPr>
          <w:rFonts w:ascii="Times New Roman" w:hAnsi="Times New Roman"/>
          <w:b/>
          <w:color w:val="3F7146"/>
          <w:sz w:val="24"/>
        </w:rPr>
        <w:t>11. За членови од 14 до 17 години</w:t>
      </w:r>
    </w:p>
    <w:p>
      <w:pPr>
        <w:spacing w:after="60"/>
      </w:pPr>
      <w:r>
        <w:rPr>
          <w:rFonts w:ascii="Times New Roman" w:hAnsi="Times New Roman"/>
          <w:i w:val="0"/>
          <w:color w:val="24313A"/>
          <w:sz w:val="18"/>
        </w:rPr>
        <w:t>Согласно Статутот, малолетно лице со наполнети 14 години се зачленува со согласност од законскиот застапник. При електронско поднесување, пријавата треба да биде испратена од е-поштата на законскиот застапник или тој да биде вклучен во електронската комуникација.</w:t>
      </w:r>
    </w:p>
    <w:tbl>
      <w:tblPr>
        <w:tblStyle w:val="TableGrid"/>
        <w:tblW w:type="auto" w:w="0"/>
        <w:jc w:val="center"/>
        <w:tblLook w:firstColumn="1" w:firstRow="1" w:lastColumn="0" w:lastRow="0" w:noHBand="0" w:noVBand="1" w:val="04A0"/>
      </w:tblPr>
      <w:tblGrid>
        <w:gridCol w:w="5241"/>
        <w:gridCol w:w="5241"/>
      </w:tblGrid>
      <w:tr>
        <w:tc>
          <w:tcPr>
            <w:tcW w:type="dxa" w:w="5241"/>
            <w:shd w:fill="EEF4EE"/>
            <w:tcMar>
              <w:top w:w="50" w:type="dxa"/>
              <w:start w:w="70" w:type="dxa"/>
              <w:bottom w:w="50" w:type="dxa"/>
              <w:end w:w="70" w:type="dxa"/>
            </w:tcMar>
            <w:vAlign w:val="center"/>
          </w:tcPr>
          <w:p>
            <w:r>
              <w:rPr>
                <w:rFonts w:ascii="Times New Roman" w:hAnsi="Times New Roman"/>
                <w:b/>
                <w:sz w:val="19"/>
              </w:rPr>
              <w:t>Име и презиме на законски застапник</w:t>
            </w:r>
          </w:p>
        </w:tc>
        <w:tc>
          <w:tcPr>
            <w:tcW w:type="dxa" w:w="5241"/>
            <w:tcMar>
              <w:top w:w="50" w:type="dxa"/>
              <w:start w:w="70" w:type="dxa"/>
              <w:bottom w:w="50" w:type="dxa"/>
              <w:end w:w="70" w:type="dxa"/>
            </w:tcMar>
            <w:vAlign w:val="center"/>
          </w:tcPr>
          <w:p>
            <w:r>
              <w:rPr>
                <w:rFonts w:ascii="Times New Roman" w:hAnsi="Times New Roman"/>
                <w:sz w:val="18"/>
              </w:rPr>
              <w:t>____________________________________________________________</w:t>
            </w:r>
          </w:p>
        </w:tc>
      </w:tr>
      <w:tr>
        <w:tc>
          <w:tcPr>
            <w:tcW w:type="dxa" w:w="5241"/>
            <w:shd w:fill="EEF4EE"/>
            <w:tcMar>
              <w:top w:w="50" w:type="dxa"/>
              <w:start w:w="70" w:type="dxa"/>
              <w:bottom w:w="50" w:type="dxa"/>
              <w:end w:w="70" w:type="dxa"/>
            </w:tcMar>
            <w:vAlign w:val="center"/>
          </w:tcPr>
          <w:p>
            <w:r>
              <w:rPr>
                <w:rFonts w:ascii="Times New Roman" w:hAnsi="Times New Roman"/>
                <w:b/>
                <w:sz w:val="19"/>
              </w:rPr>
              <w:t>Телефон</w:t>
            </w:r>
          </w:p>
        </w:tc>
        <w:tc>
          <w:tcPr>
            <w:tcW w:type="dxa" w:w="5241"/>
            <w:tcMar>
              <w:top w:w="50" w:type="dxa"/>
              <w:start w:w="70" w:type="dxa"/>
              <w:bottom w:w="50" w:type="dxa"/>
              <w:end w:w="70" w:type="dxa"/>
            </w:tcMar>
            <w:vAlign w:val="center"/>
          </w:tcPr>
          <w:p>
            <w:r>
              <w:rPr>
                <w:rFonts w:ascii="Times New Roman" w:hAnsi="Times New Roman"/>
                <w:sz w:val="18"/>
              </w:rPr>
              <w:t>____________________________________________________________</w:t>
            </w:r>
          </w:p>
        </w:tc>
      </w:tr>
      <w:tr>
        <w:tc>
          <w:tcPr>
            <w:tcW w:type="dxa" w:w="5241"/>
            <w:shd w:fill="EEF4EE"/>
            <w:tcMar>
              <w:top w:w="50" w:type="dxa"/>
              <w:start w:w="70" w:type="dxa"/>
              <w:bottom w:w="50" w:type="dxa"/>
              <w:end w:w="70" w:type="dxa"/>
            </w:tcMar>
            <w:vAlign w:val="center"/>
          </w:tcPr>
          <w:p>
            <w:r>
              <w:rPr>
                <w:rFonts w:ascii="Times New Roman" w:hAnsi="Times New Roman"/>
                <w:b/>
                <w:sz w:val="19"/>
              </w:rPr>
              <w:t>Е-пошта</w:t>
            </w:r>
          </w:p>
        </w:tc>
        <w:tc>
          <w:tcPr>
            <w:tcW w:type="dxa" w:w="5241"/>
            <w:tcMar>
              <w:top w:w="50" w:type="dxa"/>
              <w:start w:w="70" w:type="dxa"/>
              <w:bottom w:w="50" w:type="dxa"/>
              <w:end w:w="70" w:type="dxa"/>
            </w:tcMar>
            <w:vAlign w:val="center"/>
          </w:tcPr>
          <w:p>
            <w:r>
              <w:rPr>
                <w:rFonts w:ascii="Times New Roman" w:hAnsi="Times New Roman"/>
                <w:sz w:val="18"/>
              </w:rPr>
              <w:t>____________________________________________________________</w:t>
            </w:r>
          </w:p>
        </w:tc>
      </w:tr>
      <w:tr>
        <w:tc>
          <w:tcPr>
            <w:tcW w:type="dxa" w:w="5241"/>
            <w:shd w:fill="EEF4EE"/>
            <w:tcMar>
              <w:top w:w="50" w:type="dxa"/>
              <w:start w:w="70" w:type="dxa"/>
              <w:bottom w:w="50" w:type="dxa"/>
              <w:end w:w="70" w:type="dxa"/>
            </w:tcMar>
            <w:vAlign w:val="center"/>
          </w:tcPr>
          <w:p>
            <w:r>
              <w:rPr>
                <w:rFonts w:ascii="Times New Roman" w:hAnsi="Times New Roman"/>
                <w:b/>
                <w:sz w:val="19"/>
              </w:rPr>
              <w:t>Согласност</w:t>
            </w:r>
          </w:p>
        </w:tc>
        <w:tc>
          <w:tcPr>
            <w:tcW w:type="dxa" w:w="5241"/>
            <w:tcMar>
              <w:top w:w="50" w:type="dxa"/>
              <w:start w:w="70" w:type="dxa"/>
              <w:bottom w:w="50" w:type="dxa"/>
              <w:end w:w="70" w:type="dxa"/>
            </w:tcMar>
            <w:vAlign w:val="center"/>
          </w:tcPr>
          <w:p>
            <w:r>
              <w:rPr>
                <w:rFonts w:ascii="Times New Roman" w:hAnsi="Times New Roman"/>
                <w:sz w:val="18"/>
              </w:rPr>
              <w:t>☐ Се согласувам со зачленувањето на малолетното лице</w:t>
            </w:r>
          </w:p>
        </w:tc>
      </w:tr>
    </w:tbl>
    <w:p>
      <w:pPr>
        <w:spacing w:before="80" w:after="60"/>
      </w:pPr>
      <w:r>
        <w:rPr>
          <w:rFonts w:ascii="Times New Roman" w:hAnsi="Times New Roman"/>
          <w:b/>
          <w:color w:val="3F7146"/>
          <w:sz w:val="24"/>
        </w:rPr>
        <w:t>12. Потпис / електронска потврда</w:t>
      </w:r>
    </w:p>
    <w:p>
      <w:pPr>
        <w:spacing w:after="60"/>
      </w:pPr>
      <w:r>
        <w:rPr>
          <w:rFonts w:ascii="Times New Roman" w:hAnsi="Times New Roman"/>
          <w:i w:val="0"/>
          <w:color w:val="24313A"/>
          <w:sz w:val="18"/>
        </w:rPr>
        <w:t>За електронска пријава, пополнетата пристапница треба да биде испратена од личната е-пошта наведена во образецот на: zdruzenie.zivot@gmail.com. Оригиналната е-пошта, адресата на испраќачот, датумот/времето на испраќање и оваа електронска потврда може да се чуваат со членската евиденција како доказ дека лицето доброволно ја поднело пријавата. Оваа постапка не претставува квалификуван електронски потпис.</w:t>
      </w:r>
    </w:p>
    <w:tbl>
      <w:tblPr>
        <w:tblStyle w:val="TableGrid"/>
        <w:tblW w:type="auto" w:w="0"/>
        <w:jc w:val="center"/>
        <w:tblLook w:firstColumn="1" w:firstRow="1" w:lastColumn="0" w:lastRow="0" w:noHBand="0" w:noVBand="1" w:val="04A0"/>
      </w:tblPr>
      <w:tblGrid>
        <w:gridCol w:w="10482"/>
      </w:tblGrid>
      <w:tr>
        <w:tc>
          <w:tcPr>
            <w:tcW w:type="dxa" w:w="10482"/>
            <w:tcMar>
              <w:top w:w="50" w:type="dxa"/>
              <w:start w:w="70" w:type="dxa"/>
              <w:bottom w:w="50" w:type="dxa"/>
              <w:end w:w="70" w:type="dxa"/>
            </w:tcMar>
            <w:shd w:fill="F6F8F6"/>
          </w:tcPr>
          <w:p>
            <w:pPr>
              <w:spacing w:after="0"/>
              <w:jc w:val="left"/>
            </w:pPr>
            <w:r>
              <w:rPr>
                <w:rFonts w:ascii="Times New Roman" w:hAnsi="Times New Roman" w:eastAsia="Times New Roman"/>
                <w:sz w:val="19"/>
              </w:rPr>
              <w:t>☐ Потврдувам дека доброволно ја поднесувам оваа пристапница и дека податоците што ги внесов се точни.</w:t>
            </w:r>
          </w:p>
        </w:tc>
      </w:tr>
      <w:tr>
        <w:tc>
          <w:tcPr>
            <w:tcW w:type="dxa" w:w="10482"/>
            <w:tcMar>
              <w:top w:w="50" w:type="dxa"/>
              <w:start w:w="70" w:type="dxa"/>
              <w:bottom w:w="50" w:type="dxa"/>
              <w:end w:w="70" w:type="dxa"/>
            </w:tcMar>
          </w:tcPr>
          <w:p>
            <w:pPr>
              <w:spacing w:after="0"/>
              <w:jc w:val="left"/>
            </w:pPr>
            <w:r>
              <w:rPr>
                <w:rFonts w:ascii="Times New Roman" w:hAnsi="Times New Roman" w:eastAsia="Times New Roman"/>
                <w:sz w:val="19"/>
              </w:rPr>
              <w:t>☐ Потврдувам дека електронската пријава ја испраќам од мојата лична е-пошта наведена во образецот.</w:t>
            </w:r>
          </w:p>
        </w:tc>
      </w:tr>
    </w:tbl>
    <w:tbl>
      <w:tblPr>
        <w:tblStyle w:val="TableGrid"/>
        <w:tblW w:type="auto" w:w="0"/>
        <w:jc w:val="center"/>
        <w:tblLook w:firstColumn="1" w:firstRow="1" w:lastColumn="0" w:lastRow="0" w:noHBand="0" w:noVBand="1" w:val="04A0"/>
      </w:tblPr>
      <w:tblGrid>
        <w:gridCol w:w="5241"/>
        <w:gridCol w:w="5241"/>
      </w:tblGrid>
      <w:tr>
        <w:tc>
          <w:tcPr>
            <w:tcW w:type="dxa" w:w="5241"/>
            <w:shd w:fill="EEF4EE"/>
            <w:tcMar>
              <w:top w:w="50" w:type="dxa"/>
              <w:start w:w="70" w:type="dxa"/>
              <w:bottom w:w="50" w:type="dxa"/>
              <w:end w:w="70" w:type="dxa"/>
            </w:tcMar>
          </w:tcPr>
          <w:p>
            <w:r>
              <w:rPr>
                <w:rFonts w:ascii="Times New Roman" w:hAnsi="Times New Roman"/>
                <w:b/>
                <w:sz w:val="18"/>
              </w:rPr>
              <w:t>Име и презиме – внесено како електронска потврда</w:t>
            </w:r>
          </w:p>
        </w:tc>
        <w:tc>
          <w:tcPr>
            <w:tcW w:type="dxa" w:w="5241"/>
            <w:tcMar>
              <w:top w:w="50" w:type="dxa"/>
              <w:start w:w="70" w:type="dxa"/>
              <w:bottom w:w="50" w:type="dxa"/>
              <w:end w:w="70" w:type="dxa"/>
            </w:tcMar>
          </w:tcPr>
          <w:p>
            <w:r>
              <w:rPr>
                <w:rFonts w:ascii="Times New Roman" w:hAnsi="Times New Roman"/>
                <w:sz w:val="18"/>
              </w:rPr>
              <w:t>____________________________________________________________</w:t>
            </w:r>
          </w:p>
        </w:tc>
      </w:tr>
      <w:tr>
        <w:tc>
          <w:tcPr>
            <w:tcW w:type="dxa" w:w="5241"/>
            <w:shd w:fill="EEF4EE"/>
            <w:tcMar>
              <w:top w:w="50" w:type="dxa"/>
              <w:start w:w="70" w:type="dxa"/>
              <w:bottom w:w="50" w:type="dxa"/>
              <w:end w:w="70" w:type="dxa"/>
            </w:tcMar>
          </w:tcPr>
          <w:p>
            <w:r>
              <w:rPr>
                <w:rFonts w:ascii="Times New Roman" w:hAnsi="Times New Roman"/>
                <w:b/>
                <w:sz w:val="18"/>
              </w:rPr>
              <w:t>Место и датум</w:t>
            </w:r>
          </w:p>
        </w:tc>
        <w:tc>
          <w:tcPr>
            <w:tcW w:type="dxa" w:w="5241"/>
            <w:tcMar>
              <w:top w:w="50" w:type="dxa"/>
              <w:start w:w="70" w:type="dxa"/>
              <w:bottom w:w="50" w:type="dxa"/>
              <w:end w:w="70" w:type="dxa"/>
            </w:tcMar>
          </w:tcPr>
          <w:p>
            <w:r>
              <w:rPr>
                <w:rFonts w:ascii="Times New Roman" w:hAnsi="Times New Roman"/>
                <w:sz w:val="18"/>
              </w:rPr>
              <w:t>____________________________________________________________</w:t>
            </w:r>
          </w:p>
        </w:tc>
      </w:tr>
      <w:tr>
        <w:tc>
          <w:tcPr>
            <w:tcW w:type="dxa" w:w="5241"/>
            <w:shd w:fill="EEF4EE"/>
            <w:tcMar>
              <w:top w:w="50" w:type="dxa"/>
              <w:start w:w="70" w:type="dxa"/>
              <w:bottom w:w="50" w:type="dxa"/>
              <w:end w:w="70" w:type="dxa"/>
            </w:tcMar>
          </w:tcPr>
          <w:p>
            <w:r>
              <w:rPr>
                <w:rFonts w:ascii="Times New Roman" w:hAnsi="Times New Roman"/>
                <w:b/>
                <w:sz w:val="18"/>
              </w:rPr>
              <w:t>Потпис – само ако образецот се поднесува на хартија</w:t>
            </w:r>
          </w:p>
        </w:tc>
        <w:tc>
          <w:tcPr>
            <w:tcW w:type="dxa" w:w="5241"/>
            <w:tcMar>
              <w:top w:w="50" w:type="dxa"/>
              <w:start w:w="70" w:type="dxa"/>
              <w:bottom w:w="50" w:type="dxa"/>
              <w:end w:w="70" w:type="dxa"/>
            </w:tcMar>
          </w:tcPr>
          <w:p>
            <w:r>
              <w:rPr>
                <w:rFonts w:ascii="Times New Roman" w:hAnsi="Times New Roman"/>
                <w:sz w:val="18"/>
              </w:rPr>
              <w:t>____________________________________________________________</w:t>
            </w:r>
          </w:p>
        </w:tc>
      </w:tr>
    </w:tbl>
    <w:p>
      <w:pPr>
        <w:spacing w:after="60"/>
      </w:pPr>
      <w:r>
        <w:rPr>
          <w:rFonts w:ascii="Times New Roman" w:hAnsi="Times New Roman"/>
          <w:i w:val="0"/>
          <w:color w:val="24313A"/>
          <w:sz w:val="18"/>
        </w:rPr>
        <w:t>За службена употреба на „ЖИВОТ“:  Примено / евидентирано од: __________________________   Број во регистар: __________________________</w:t>
      </w:r>
    </w:p>
    <w:sectPr w:rsidR="00FC693F" w:rsidRPr="0006063C" w:rsidSect="00034616">
      <w:footerReference w:type="default" r:id="rId9"/>
      <w:pgSz w:w="12240" w:h="15840"/>
      <w:pgMar w:top="794" w:right="879" w:bottom="765" w:left="879" w:header="340"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66666"/>
        <w:sz w:val="17"/>
      </w:rPr>
      <w:t>www.zivot.org.mk  |  zdruzenie.zivot@gmail.com  |  +389 70 88 88 17</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80" w:after="60"/>
      <w:outlineLvl w:val="0"/>
    </w:pPr>
    <w:rPr>
      <w:rFonts w:asciiTheme="majorHAnsi" w:eastAsiaTheme="majorEastAsia" w:hAnsiTheme="majorHAnsi" w:cstheme="majorBidi" w:ascii="Times New Roman" w:hAnsi="Times New Roman" w:eastAsia="Times New Roman"/>
      <w:b/>
      <w:bCs/>
      <w:color w:val="3F7146"/>
      <w:sz w:val="26"/>
      <w:szCs w:val="28"/>
    </w:rPr>
  </w:style>
  <w:style w:type="paragraph" w:styleId="Heading2">
    <w:name w:val="heading 2"/>
    <w:basedOn w:val="Normal"/>
    <w:next w:val="Normal"/>
    <w:link w:val="Heading2Char"/>
    <w:uiPriority w:val="9"/>
    <w:unhideWhenUsed/>
    <w:qFormat/>
    <w:rsid w:val="00FC693F"/>
    <w:pPr>
      <w:keepNext/>
      <w:keepLines/>
      <w:spacing w:before="80" w:after="60"/>
      <w:outlineLvl w:val="1"/>
    </w:pPr>
    <w:rPr>
      <w:rFonts w:asciiTheme="majorHAnsi" w:eastAsiaTheme="majorEastAsia" w:hAnsiTheme="majorHAnsi" w:cstheme="majorBidi" w:ascii="Times New Roman" w:hAnsi="Times New Roman" w:eastAsia="Times New Roman"/>
      <w:b/>
      <w:bCs/>
      <w:color w:val="3F714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